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91E1" w14:textId="6CDD4A49" w:rsidR="008D3BE0" w:rsidRPr="005026D5" w:rsidRDefault="008D3BE0" w:rsidP="008D3BE0">
      <w:pPr>
        <w:spacing w:after="120" w:line="240" w:lineRule="auto"/>
        <w:jc w:val="right"/>
        <w:rPr>
          <w:rFonts w:ascii="Source Sans Pro" w:eastAsia="Times New Roman" w:hAnsi="Source Sans Pro" w:cs="Times New Roman"/>
          <w:b/>
          <w:color w:val="000000"/>
          <w:spacing w:val="20"/>
          <w:w w:val="90"/>
          <w:sz w:val="44"/>
          <w:szCs w:val="44"/>
          <w:lang w:val="en-NZ" w:eastAsia="en-GB"/>
          <w14:ligatures w14:val="standardContextual"/>
        </w:rPr>
      </w:pPr>
    </w:p>
    <w:p w14:paraId="4C33A38E" w14:textId="2B835125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b/>
          <w:kern w:val="2"/>
          <w:sz w:val="44"/>
          <w:szCs w:val="44"/>
          <w:lang w:val="en-NZ"/>
          <w14:ligatures w14:val="standardContextual"/>
        </w:rPr>
      </w:pPr>
      <w:r w:rsidRPr="005026D5">
        <w:rPr>
          <w:rFonts w:ascii="Source Sans Pro" w:eastAsia="Aptos" w:hAnsi="Source Sans Pro" w:cs="Arial"/>
          <w:b/>
          <w:bCs/>
          <w:kern w:val="2"/>
          <w:sz w:val="44"/>
          <w:szCs w:val="44"/>
          <w:lang w:val="en-NZ"/>
          <w14:ligatures w14:val="standardContextual"/>
        </w:rPr>
        <w:t xml:space="preserve">Consistency Accountability Statement: </w:t>
      </w:r>
      <w:r w:rsidR="0049491B" w:rsidRPr="0049491B">
        <w:rPr>
          <w:rFonts w:ascii="Source Sans Pro" w:eastAsia="Aptos" w:hAnsi="Source Sans Pro" w:cs="Arial"/>
          <w:b/>
          <w:bCs/>
          <w:kern w:val="2"/>
          <w:sz w:val="44"/>
          <w:szCs w:val="44"/>
          <w:lang w:val="en-NZ"/>
          <w14:ligatures w14:val="standardContextual"/>
        </w:rPr>
        <w:t>Education (School Attendance) Amendment Regulations 2026</w:t>
      </w:r>
    </w:p>
    <w:p w14:paraId="7416526E" w14:textId="7A0E156B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color w:val="FF0000"/>
          <w:kern w:val="2"/>
          <w:sz w:val="24"/>
          <w:szCs w:val="24"/>
          <w:lang w:val="en-NZ"/>
          <w14:ligatures w14:val="standardContextu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52"/>
        <w:gridCol w:w="6083"/>
      </w:tblGrid>
      <w:tr w:rsidR="008D3BE0" w:rsidRPr="005026D5" w14:paraId="05B5CD41" w14:textId="77777777" w:rsidTr="00B518D1">
        <w:tc>
          <w:tcPr>
            <w:tcW w:w="2547" w:type="dxa"/>
            <w:shd w:val="clear" w:color="auto" w:fill="E1EBF7"/>
          </w:tcPr>
          <w:p w14:paraId="1765299E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>Agency responsible</w:t>
            </w:r>
          </w:p>
        </w:tc>
        <w:tc>
          <w:tcPr>
            <w:tcW w:w="6083" w:type="dxa"/>
          </w:tcPr>
          <w:p w14:paraId="1EFA5C5B" w14:textId="16B532C9" w:rsidR="008D3BE0" w:rsidRPr="004D2557" w:rsidRDefault="004D2557" w:rsidP="008D3BE0">
            <w:pPr>
              <w:spacing w:after="160" w:line="278" w:lineRule="auto"/>
              <w:rPr>
                <w:rFonts w:ascii="Source Sans Pro" w:hAnsi="Source Sans Pro" w:cs="Arial"/>
              </w:rPr>
            </w:pPr>
            <w:r w:rsidRPr="004D2557">
              <w:rPr>
                <w:rFonts w:ascii="Source Sans Pro" w:hAnsi="Source Sans Pro" w:cs="Arial"/>
              </w:rPr>
              <w:t>Ministry of Education</w:t>
            </w:r>
          </w:p>
        </w:tc>
      </w:tr>
      <w:tr w:rsidR="008D3BE0" w:rsidRPr="005026D5" w14:paraId="0D40DD46" w14:textId="77777777" w:rsidTr="00B518D1">
        <w:tc>
          <w:tcPr>
            <w:tcW w:w="2547" w:type="dxa"/>
            <w:shd w:val="clear" w:color="auto" w:fill="E1EBF7"/>
          </w:tcPr>
          <w:p w14:paraId="2A8FE0F3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 xml:space="preserve">Portfolio </w:t>
            </w:r>
          </w:p>
        </w:tc>
        <w:tc>
          <w:tcPr>
            <w:tcW w:w="6083" w:type="dxa"/>
          </w:tcPr>
          <w:p w14:paraId="6CB595CD" w14:textId="7A106EAA" w:rsidR="008D3BE0" w:rsidRPr="004D2557" w:rsidRDefault="00EA18FA" w:rsidP="008D3BE0">
            <w:pPr>
              <w:spacing w:after="160" w:line="278" w:lineRule="auto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>Education</w:t>
            </w:r>
          </w:p>
        </w:tc>
      </w:tr>
      <w:tr w:rsidR="008D3BE0" w:rsidRPr="005026D5" w14:paraId="54AD179A" w14:textId="77777777" w:rsidTr="00B518D1">
        <w:tc>
          <w:tcPr>
            <w:tcW w:w="2547" w:type="dxa"/>
            <w:shd w:val="clear" w:color="auto" w:fill="E1EBF7"/>
          </w:tcPr>
          <w:p w14:paraId="0C758D64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>Date finalised</w:t>
            </w:r>
          </w:p>
        </w:tc>
        <w:tc>
          <w:tcPr>
            <w:tcW w:w="6083" w:type="dxa"/>
          </w:tcPr>
          <w:p w14:paraId="14BDE955" w14:textId="51184D92" w:rsidR="008D3BE0" w:rsidRPr="004D2557" w:rsidRDefault="005924F5" w:rsidP="008D3BE0">
            <w:pPr>
              <w:spacing w:after="160" w:line="278" w:lineRule="auto"/>
              <w:rPr>
                <w:rFonts w:ascii="Source Sans Pro" w:hAnsi="Source Sans Pro" w:cs="Arial"/>
              </w:rPr>
            </w:pPr>
            <w:r>
              <w:rPr>
                <w:rFonts w:ascii="Source Sans Pro" w:hAnsi="Source Sans Pro" w:cs="Arial"/>
              </w:rPr>
              <w:t>17</w:t>
            </w:r>
            <w:r w:rsidR="00BE1B1C">
              <w:rPr>
                <w:rFonts w:ascii="Source Sans Pro" w:hAnsi="Source Sans Pro" w:cs="Arial"/>
              </w:rPr>
              <w:t xml:space="preserve"> </w:t>
            </w:r>
            <w:r w:rsidR="00110DBE">
              <w:rPr>
                <w:rFonts w:ascii="Source Sans Pro" w:hAnsi="Source Sans Pro" w:cs="Arial"/>
              </w:rPr>
              <w:t>Aug</w:t>
            </w:r>
            <w:r w:rsidR="00EE75E8">
              <w:rPr>
                <w:rFonts w:ascii="Source Sans Pro" w:hAnsi="Source Sans Pro" w:cs="Arial"/>
              </w:rPr>
              <w:t>ust 202</w:t>
            </w:r>
            <w:r w:rsidR="00201593">
              <w:rPr>
                <w:rFonts w:ascii="Source Sans Pro" w:hAnsi="Source Sans Pro" w:cs="Arial"/>
              </w:rPr>
              <w:t>6</w:t>
            </w:r>
          </w:p>
        </w:tc>
      </w:tr>
      <w:tr w:rsidR="008D3BE0" w:rsidRPr="005026D5" w14:paraId="0CF39810" w14:textId="77777777" w:rsidTr="00B518D1">
        <w:tc>
          <w:tcPr>
            <w:tcW w:w="2552" w:type="dxa"/>
            <w:shd w:val="clear" w:color="auto" w:fill="E1EBF7"/>
          </w:tcPr>
          <w:p w14:paraId="0F6F51DB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>Identification number</w:t>
            </w:r>
          </w:p>
        </w:tc>
        <w:tc>
          <w:tcPr>
            <w:tcW w:w="6078" w:type="dxa"/>
          </w:tcPr>
          <w:p w14:paraId="77302475" w14:textId="2B50A2F3" w:rsidR="008D3BE0" w:rsidRPr="00EA18FA" w:rsidRDefault="00EA18FA" w:rsidP="008D3BE0">
            <w:pPr>
              <w:spacing w:after="160" w:line="278" w:lineRule="auto"/>
              <w:rPr>
                <w:rFonts w:ascii="Source Sans Pro" w:hAnsi="Source Sans Pro" w:cs="Arial"/>
              </w:rPr>
            </w:pPr>
            <w:r w:rsidRPr="00EA18FA">
              <w:rPr>
                <w:rFonts w:ascii="Source Sans Pro" w:hAnsi="Source Sans Pro" w:cs="Arial"/>
              </w:rPr>
              <w:t>REG-2217</w:t>
            </w:r>
          </w:p>
        </w:tc>
      </w:tr>
    </w:tbl>
    <w:p w14:paraId="781D6584" w14:textId="77777777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5026D5">
        <w:rPr>
          <w:rFonts w:ascii="Source Sans Pro" w:eastAsia="Aptos" w:hAnsi="Source Sans Pro" w:cs="Arial"/>
          <w:kern w:val="2"/>
          <w:sz w:val="32"/>
          <w:szCs w:val="32"/>
          <w:lang w:val="en-NZ"/>
          <w14:ligatures w14:val="standardContextual"/>
        </w:rPr>
        <w:t>Statement of Review</w:t>
      </w:r>
    </w:p>
    <w:p w14:paraId="1ACC72A4" w14:textId="65F94538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5026D5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I confirm that </w:t>
      </w:r>
      <w:r w:rsidR="00EA18FA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the Ministry of Education </w:t>
      </w:r>
      <w:r w:rsidRPr="005026D5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has assessed the above legislation, and the process for developing it, for consistency with the principles of responsible regulation as set out in section 9 of the Regulatory Standards Act 2025. </w:t>
      </w:r>
    </w:p>
    <w:p w14:paraId="3056B075" w14:textId="4967F30A" w:rsidR="008D3BE0" w:rsidRPr="00C15CF6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C15CF6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This assessment identified no inconsistencies with the principles of responsible regulation</w:t>
      </w:r>
      <w:r w:rsidR="00C15CF6" w:rsidRPr="00C15CF6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.</w:t>
      </w:r>
      <w:r w:rsidRPr="00C15CF6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 </w:t>
      </w:r>
    </w:p>
    <w:p w14:paraId="58266D34" w14:textId="668683A8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highlight w:val="yellow"/>
          <w:lang w:val="en-NZ"/>
          <w14:ligatures w14:val="standardContextual"/>
        </w:rPr>
      </w:pPr>
      <w:r w:rsidRPr="005026D5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br/>
      </w:r>
      <w:r w:rsidRPr="005026D5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br/>
      </w:r>
      <w:r w:rsidR="00BC21B0">
        <w:rPr>
          <w:noProof/>
        </w:rPr>
        <w:drawing>
          <wp:inline distT="0" distB="0" distL="0" distR="0" wp14:anchorId="2603F234" wp14:editId="2780CD63">
            <wp:extent cx="1695450" cy="704850"/>
            <wp:effectExtent l="0" t="0" r="0" b="0"/>
            <wp:docPr id="212565400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94475BC2-3893-4737-8011-A4B4CCE99F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3BA59" w14:textId="39533123" w:rsidR="00064205" w:rsidRPr="009E7083" w:rsidRDefault="00C952F4" w:rsidP="00064205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A</w:t>
      </w:r>
      <w:r w:rsidR="006D4652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n</w:t>
      </w:r>
      <w:r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dy</w:t>
      </w:r>
      <w:r w:rsidR="006D4652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 Jac</w:t>
      </w:r>
      <w:r w:rsidR="00D07CBE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kson</w:t>
      </w:r>
    </w:p>
    <w:p w14:paraId="5A50CAA3" w14:textId="153551E2" w:rsidR="00064205" w:rsidRPr="005026D5" w:rsidRDefault="00901BA0" w:rsidP="00064205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901BA0">
        <w:rPr>
          <w:rFonts w:ascii="Source Sans Pro" w:eastAsia="Aptos" w:hAnsi="Source Sans Pro" w:cs="Arial"/>
          <w:kern w:val="2"/>
          <w:sz w:val="24"/>
          <w:szCs w:val="24"/>
          <w14:ligatures w14:val="standardContextual"/>
        </w:rPr>
        <w:t>Hautū, Te Pou Kaupapahere</w:t>
      </w:r>
      <w:r w:rsidR="00064205" w:rsidRPr="009E7083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br/>
        <w:t>Ministry of Education</w:t>
      </w:r>
    </w:p>
    <w:p w14:paraId="60053EB1" w14:textId="77777777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</w:p>
    <w:p w14:paraId="0C4FD3E4" w14:textId="56A3BBA2" w:rsidR="00F542A9" w:rsidRPr="005026D5" w:rsidRDefault="00F542A9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</w:p>
    <w:sectPr w:rsidR="00F542A9" w:rsidRPr="005026D5" w:rsidSect="0003461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61A90" w14:textId="77777777" w:rsidR="00C90DDD" w:rsidRDefault="00C90DDD" w:rsidP="00FA761A">
      <w:pPr>
        <w:spacing w:after="0" w:line="240" w:lineRule="auto"/>
      </w:pPr>
      <w:r>
        <w:separator/>
      </w:r>
    </w:p>
  </w:endnote>
  <w:endnote w:type="continuationSeparator" w:id="0">
    <w:p w14:paraId="11004D43" w14:textId="77777777" w:rsidR="00C90DDD" w:rsidRDefault="00C90DDD" w:rsidP="00FA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F1CB3" w14:textId="4B0FBFBD" w:rsidR="00EF0AF7" w:rsidRDefault="00EF0A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63BA168" wp14:editId="7137D5C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68935"/>
              <wp:effectExtent l="0" t="0" r="11430" b="0"/>
              <wp:wrapNone/>
              <wp:docPr id="435910477" name="Text Box 5" descr="[IN-CONFIDENCE]">
                <a:extLst xmlns:a="http://schemas.openxmlformats.org/drawingml/2006/main">
                  <a:ext uri="{FF2B5EF4-FFF2-40B4-BE49-F238E27FC236}">
                    <a16:creationId xmlns:a16="http://schemas.microsoft.com/office/drawing/2014/main" id="{A37CE22D-B65B-4D87-9E5D-8AB1A381DF2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31E990" w14:textId="3DDA0763" w:rsidR="00EF0AF7" w:rsidRPr="00510B15" w:rsidRDefault="00EF0AF7" w:rsidP="00510B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10B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3BA16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IN-CONFIDENCE]" style="position:absolute;margin-left:0;margin-top:0;width:80.1pt;height:29.0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" filled="f" stroked="f">
              <v:textbox style="mso-fit-shape-to-text:t" inset="0,0,0,15pt">
                <w:txbxContent>
                  <w:p w14:paraId="4831E990" w14:textId="3DDA0763" w:rsidR="00EF0AF7" w:rsidRPr="00510B15" w:rsidRDefault="00EF0AF7" w:rsidP="00510B1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10B1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B8927" w14:textId="0360C648" w:rsidR="00EF0AF7" w:rsidRDefault="00EF0A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2A35E12" wp14:editId="5727854C">
              <wp:simplePos x="1143000" y="94392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68935"/>
              <wp:effectExtent l="0" t="0" r="11430" b="0"/>
              <wp:wrapNone/>
              <wp:docPr id="1684426743" name="Text Box 6" descr="[IN-CONFIDENCE]">
                <a:extLst xmlns:a="http://schemas.openxmlformats.org/drawingml/2006/main">
                  <a:ext uri="{FF2B5EF4-FFF2-40B4-BE49-F238E27FC236}">
                    <a16:creationId xmlns:a16="http://schemas.microsoft.com/office/drawing/2014/main" id="{E7AA83EA-4C9D-4FBF-B6E5-FFA45004447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06310F" w14:textId="7D95162A" w:rsidR="00EF0AF7" w:rsidRPr="00510B15" w:rsidRDefault="00EF0AF7" w:rsidP="00510B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10B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35E1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[IN-CONFIDENCE]" style="position:absolute;margin-left:0;margin-top:0;width:80.1pt;height:29.0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" filled="f" stroked="f">
              <v:textbox style="mso-fit-shape-to-text:t" inset="0,0,0,15pt">
                <w:txbxContent>
                  <w:p w14:paraId="7906310F" w14:textId="7D95162A" w:rsidR="00EF0AF7" w:rsidRPr="00510B15" w:rsidRDefault="00EF0AF7" w:rsidP="00510B1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10B1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B255" w14:textId="6A972FC9" w:rsidR="00EF0AF7" w:rsidRDefault="00EF0A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51128A2" wp14:editId="7A887E6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68935"/>
              <wp:effectExtent l="0" t="0" r="11430" b="0"/>
              <wp:wrapNone/>
              <wp:docPr id="805510346" name="Text Box 4" descr="[IN-CONFIDENCE]">
                <a:extLst xmlns:a="http://schemas.openxmlformats.org/drawingml/2006/main">
                  <a:ext uri="{FF2B5EF4-FFF2-40B4-BE49-F238E27FC236}">
                    <a16:creationId xmlns:a16="http://schemas.microsoft.com/office/drawing/2014/main" id="{E3D3EA75-C0F4-4240-857A-B64414AC2404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92A4C3" w14:textId="59C78F00" w:rsidR="00EF0AF7" w:rsidRPr="00510B15" w:rsidRDefault="00EF0AF7" w:rsidP="00510B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10B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1128A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[IN-CONFIDENCE]" style="position:absolute;margin-left:0;margin-top:0;width:80.1pt;height:29.0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" filled="f" stroked="f">
              <v:textbox style="mso-fit-shape-to-text:t" inset="0,0,0,15pt">
                <w:txbxContent>
                  <w:p w14:paraId="0992A4C3" w14:textId="59C78F00" w:rsidR="00EF0AF7" w:rsidRPr="00510B15" w:rsidRDefault="00EF0AF7" w:rsidP="00510B1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10B1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92683" w14:textId="77777777" w:rsidR="00C90DDD" w:rsidRDefault="00C90DDD" w:rsidP="00FA761A">
      <w:pPr>
        <w:spacing w:after="0" w:line="240" w:lineRule="auto"/>
      </w:pPr>
      <w:r>
        <w:separator/>
      </w:r>
    </w:p>
  </w:footnote>
  <w:footnote w:type="continuationSeparator" w:id="0">
    <w:p w14:paraId="43C1FDD9" w14:textId="77777777" w:rsidR="00C90DDD" w:rsidRDefault="00C90DDD" w:rsidP="00FA7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8897" w14:textId="00CCAC4F" w:rsidR="00EF0AF7" w:rsidRDefault="00EF0A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6FAF88A" wp14:editId="64E553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017270" cy="368935"/>
              <wp:effectExtent l="0" t="0" r="11430" b="12065"/>
              <wp:wrapNone/>
              <wp:docPr id="228491834" name="Text Box 2" descr="[IN-CONFIDENCE]">
                <a:extLst xmlns:a="http://schemas.openxmlformats.org/drawingml/2006/main">
                  <a:ext uri="{FF2B5EF4-FFF2-40B4-BE49-F238E27FC236}">
                    <a16:creationId xmlns:a16="http://schemas.microsoft.com/office/drawing/2014/main" id="{890C34B8-1081-43F3-B5A6-DDE4993CD26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91BD33" w14:textId="0014438B" w:rsidR="00EF0AF7" w:rsidRPr="00510B15" w:rsidRDefault="00EF0AF7" w:rsidP="00510B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10B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FAF8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IN-CONFIDENCE]" style="position:absolute;margin-left:0;margin-top:0;width:80.1pt;height:29.0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" filled="f" stroked="f">
              <v:textbox style="mso-fit-shape-to-text:t" inset="0,15pt,0,0">
                <w:txbxContent>
                  <w:p w14:paraId="6691BD33" w14:textId="0014438B" w:rsidR="00EF0AF7" w:rsidRPr="00510B15" w:rsidRDefault="00EF0AF7" w:rsidP="00510B1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10B1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D43AE" w14:textId="53073BE1" w:rsidR="00EF0AF7" w:rsidRPr="00FA761A" w:rsidRDefault="00EF0AF7" w:rsidP="00FA761A">
    <w:pPr>
      <w:pStyle w:val="Header"/>
      <w:jc w:val="right"/>
      <w:rPr>
        <w:lang w:val="en-NZ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7D972A9" wp14:editId="4470E185">
              <wp:simplePos x="11430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1017270" cy="368935"/>
              <wp:effectExtent l="0" t="0" r="11430" b="12065"/>
              <wp:wrapNone/>
              <wp:docPr id="2045255862" name="Text Box 3" descr="[IN-CONFIDENCE]">
                <a:extLst xmlns:a="http://schemas.openxmlformats.org/drawingml/2006/main">
                  <a:ext uri="{FF2B5EF4-FFF2-40B4-BE49-F238E27FC236}">
                    <a16:creationId xmlns:a16="http://schemas.microsoft.com/office/drawing/2014/main" id="{87ABB0CD-FF28-4019-B787-CD82258DBCE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C30B6A" w14:textId="25999B21" w:rsidR="00EF0AF7" w:rsidRPr="00510B15" w:rsidRDefault="00EF0AF7" w:rsidP="00510B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10B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D972A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IN-CONFIDENCE]" style="position:absolute;left:0;text-align:left;margin-left:0;margin-top:0;width:80.1pt;height:29.0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" filled="f" stroked="f">
              <v:textbox style="mso-fit-shape-to-text:t" inset="0,15pt,0,0">
                <w:txbxContent>
                  <w:p w14:paraId="10C30B6A" w14:textId="25999B21" w:rsidR="00EF0AF7" w:rsidRPr="00510B15" w:rsidRDefault="00EF0AF7" w:rsidP="00510B1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10B1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inline distT="0" distB="0" distL="0" distR="0" wp14:anchorId="57911A47" wp14:editId="74A9F313">
          <wp:extent cx="1956986" cy="883997"/>
          <wp:effectExtent l="0" t="0" r="0" b="0"/>
          <wp:docPr id="1081159509" name="drawing">
            <a:extLst xmlns:a="http://schemas.openxmlformats.org/drawingml/2006/main">
              <a:ext uri="{FF2B5EF4-FFF2-40B4-BE49-F238E27FC236}">
                <a16:creationId xmlns:a16="http://schemas.microsoft.com/office/drawing/2014/main" id="{41165441-A6E2-44E9-B8E7-3CDD4489C9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159509" name="Picture 10811595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6986" cy="883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351C3" w14:textId="1BA818C4" w:rsidR="00EF0AF7" w:rsidRDefault="00EF0A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CAD8C5" wp14:editId="2CEC578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017270" cy="368935"/>
              <wp:effectExtent l="0" t="0" r="11430" b="12065"/>
              <wp:wrapNone/>
              <wp:docPr id="437098482" name="Text Box 1" descr="[IN-CONFIDENCE]">
                <a:extLst xmlns:a="http://schemas.openxmlformats.org/drawingml/2006/main">
                  <a:ext uri="{FF2B5EF4-FFF2-40B4-BE49-F238E27FC236}">
                    <a16:creationId xmlns:a16="http://schemas.microsoft.com/office/drawing/2014/main" id="{E4FA99AC-E197-4ACF-A047-7022F2EFB0F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F00731" w14:textId="7250D1FE" w:rsidR="00EF0AF7" w:rsidRPr="00510B15" w:rsidRDefault="00EF0AF7" w:rsidP="00510B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10B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CAD8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[IN-CONFIDENCE]" style="position:absolute;margin-left:0;margin-top:0;width:80.1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" filled="f" stroked="f">
              <v:textbox style="mso-fit-shape-to-text:t" inset="0,15pt,0,0">
                <w:txbxContent>
                  <w:p w14:paraId="6BF00731" w14:textId="7250D1FE" w:rsidR="00EF0AF7" w:rsidRPr="00510B15" w:rsidRDefault="00EF0AF7" w:rsidP="00510B1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10B1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FF686B"/>
    <w:multiLevelType w:val="hybridMultilevel"/>
    <w:tmpl w:val="561CDE8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F3A5C"/>
    <w:multiLevelType w:val="hybridMultilevel"/>
    <w:tmpl w:val="BCB4DAE6"/>
    <w:lvl w:ilvl="0" w:tplc="6248CCE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D447D8"/>
    <w:multiLevelType w:val="hybridMultilevel"/>
    <w:tmpl w:val="2C8E923A"/>
    <w:lvl w:ilvl="0" w:tplc="C85ADF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87FC7"/>
    <w:multiLevelType w:val="hybridMultilevel"/>
    <w:tmpl w:val="AF84FA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A6561"/>
    <w:multiLevelType w:val="hybridMultilevel"/>
    <w:tmpl w:val="0486F17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83A44"/>
    <w:multiLevelType w:val="hybridMultilevel"/>
    <w:tmpl w:val="575A90C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A96D7F"/>
    <w:multiLevelType w:val="hybridMultilevel"/>
    <w:tmpl w:val="1EF867E2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1F66E5D"/>
    <w:multiLevelType w:val="hybridMultilevel"/>
    <w:tmpl w:val="D6AADCCE"/>
    <w:lvl w:ilvl="0" w:tplc="9A12196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379921">
    <w:abstractNumId w:val="10"/>
  </w:num>
  <w:num w:numId="2" w16cid:durableId="1064378211">
    <w:abstractNumId w:val="14"/>
  </w:num>
  <w:num w:numId="3" w16cid:durableId="1106731632">
    <w:abstractNumId w:val="6"/>
  </w:num>
  <w:num w:numId="4" w16cid:durableId="1178040543">
    <w:abstractNumId w:val="11"/>
  </w:num>
  <w:num w:numId="5" w16cid:durableId="1318727336">
    <w:abstractNumId w:val="8"/>
  </w:num>
  <w:num w:numId="6" w16cid:durableId="1327200173">
    <w:abstractNumId w:val="2"/>
  </w:num>
  <w:num w:numId="7" w16cid:durableId="1420058595">
    <w:abstractNumId w:val="16"/>
  </w:num>
  <w:num w:numId="8" w16cid:durableId="1785731190">
    <w:abstractNumId w:val="5"/>
  </w:num>
  <w:num w:numId="9" w16cid:durableId="1825005841">
    <w:abstractNumId w:val="9"/>
  </w:num>
  <w:num w:numId="10" w16cid:durableId="1948733743">
    <w:abstractNumId w:val="13"/>
  </w:num>
  <w:num w:numId="11" w16cid:durableId="2019190241">
    <w:abstractNumId w:val="12"/>
  </w:num>
  <w:num w:numId="12" w16cid:durableId="2078087051">
    <w:abstractNumId w:val="3"/>
  </w:num>
  <w:num w:numId="13" w16cid:durableId="599142619">
    <w:abstractNumId w:val="7"/>
  </w:num>
  <w:num w:numId="14" w16cid:durableId="871721129">
    <w:abstractNumId w:val="0"/>
  </w:num>
  <w:num w:numId="15" w16cid:durableId="872841115">
    <w:abstractNumId w:val="4"/>
  </w:num>
  <w:num w:numId="16" w16cid:durableId="898441667">
    <w:abstractNumId w:val="1"/>
  </w:num>
  <w:num w:numId="17" w16cid:durableId="9919051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575"/>
    <w:rsid w:val="000016BA"/>
    <w:rsid w:val="00001A57"/>
    <w:rsid w:val="0000641D"/>
    <w:rsid w:val="00013F6B"/>
    <w:rsid w:val="000179A8"/>
    <w:rsid w:val="00017C8B"/>
    <w:rsid w:val="0002387A"/>
    <w:rsid w:val="00030E44"/>
    <w:rsid w:val="00032988"/>
    <w:rsid w:val="00034616"/>
    <w:rsid w:val="00035079"/>
    <w:rsid w:val="00035EB0"/>
    <w:rsid w:val="000360D7"/>
    <w:rsid w:val="00037BB8"/>
    <w:rsid w:val="00037DCE"/>
    <w:rsid w:val="00044D67"/>
    <w:rsid w:val="00046303"/>
    <w:rsid w:val="0005492F"/>
    <w:rsid w:val="00055140"/>
    <w:rsid w:val="000566FE"/>
    <w:rsid w:val="00056DDE"/>
    <w:rsid w:val="0006063C"/>
    <w:rsid w:val="0006302E"/>
    <w:rsid w:val="00064205"/>
    <w:rsid w:val="00073C78"/>
    <w:rsid w:val="00075851"/>
    <w:rsid w:val="000823C5"/>
    <w:rsid w:val="00084E9D"/>
    <w:rsid w:val="00087BE0"/>
    <w:rsid w:val="00092C4A"/>
    <w:rsid w:val="000C351C"/>
    <w:rsid w:val="000C399E"/>
    <w:rsid w:val="000C3EAE"/>
    <w:rsid w:val="000C5F54"/>
    <w:rsid w:val="000D0348"/>
    <w:rsid w:val="000D04FA"/>
    <w:rsid w:val="000D1504"/>
    <w:rsid w:val="000D1E26"/>
    <w:rsid w:val="000D37CF"/>
    <w:rsid w:val="000D7745"/>
    <w:rsid w:val="000E1329"/>
    <w:rsid w:val="000E339D"/>
    <w:rsid w:val="000E487F"/>
    <w:rsid w:val="000E69B9"/>
    <w:rsid w:val="000E6D88"/>
    <w:rsid w:val="000F708C"/>
    <w:rsid w:val="00100826"/>
    <w:rsid w:val="001055C8"/>
    <w:rsid w:val="0011055A"/>
    <w:rsid w:val="00110708"/>
    <w:rsid w:val="00110DBE"/>
    <w:rsid w:val="001226EC"/>
    <w:rsid w:val="00134368"/>
    <w:rsid w:val="00140F41"/>
    <w:rsid w:val="00141745"/>
    <w:rsid w:val="00142DA8"/>
    <w:rsid w:val="0015074B"/>
    <w:rsid w:val="001541CC"/>
    <w:rsid w:val="00155101"/>
    <w:rsid w:val="0016035F"/>
    <w:rsid w:val="0016520D"/>
    <w:rsid w:val="001671CD"/>
    <w:rsid w:val="00171B5E"/>
    <w:rsid w:val="00180306"/>
    <w:rsid w:val="00180FED"/>
    <w:rsid w:val="00196706"/>
    <w:rsid w:val="001A07A3"/>
    <w:rsid w:val="001A4686"/>
    <w:rsid w:val="001A4D70"/>
    <w:rsid w:val="001A5C6C"/>
    <w:rsid w:val="001B71E0"/>
    <w:rsid w:val="001C6E69"/>
    <w:rsid w:val="001C6FCB"/>
    <w:rsid w:val="001D0CF5"/>
    <w:rsid w:val="001D652F"/>
    <w:rsid w:val="001D7B05"/>
    <w:rsid w:val="001E618C"/>
    <w:rsid w:val="001E6F13"/>
    <w:rsid w:val="001F4578"/>
    <w:rsid w:val="001F523E"/>
    <w:rsid w:val="001F6A73"/>
    <w:rsid w:val="001F7210"/>
    <w:rsid w:val="001F7EA7"/>
    <w:rsid w:val="002006C9"/>
    <w:rsid w:val="00200731"/>
    <w:rsid w:val="00200A58"/>
    <w:rsid w:val="00201593"/>
    <w:rsid w:val="0020242C"/>
    <w:rsid w:val="00202BE4"/>
    <w:rsid w:val="00204544"/>
    <w:rsid w:val="00207541"/>
    <w:rsid w:val="002136FA"/>
    <w:rsid w:val="00213C33"/>
    <w:rsid w:val="0022163C"/>
    <w:rsid w:val="00222F35"/>
    <w:rsid w:val="00225100"/>
    <w:rsid w:val="00231752"/>
    <w:rsid w:val="00235D39"/>
    <w:rsid w:val="00235E52"/>
    <w:rsid w:val="00240051"/>
    <w:rsid w:val="00243F20"/>
    <w:rsid w:val="00247E35"/>
    <w:rsid w:val="00250081"/>
    <w:rsid w:val="0025015F"/>
    <w:rsid w:val="00252102"/>
    <w:rsid w:val="00253FC2"/>
    <w:rsid w:val="002546CC"/>
    <w:rsid w:val="00256F55"/>
    <w:rsid w:val="00257920"/>
    <w:rsid w:val="0026158B"/>
    <w:rsid w:val="0026207B"/>
    <w:rsid w:val="00263483"/>
    <w:rsid w:val="00271E79"/>
    <w:rsid w:val="00272868"/>
    <w:rsid w:val="00274ECB"/>
    <w:rsid w:val="00277B17"/>
    <w:rsid w:val="00287AB3"/>
    <w:rsid w:val="0029026C"/>
    <w:rsid w:val="00293E07"/>
    <w:rsid w:val="00294CB1"/>
    <w:rsid w:val="00296236"/>
    <w:rsid w:val="0029639D"/>
    <w:rsid w:val="002A1BA0"/>
    <w:rsid w:val="002A2B27"/>
    <w:rsid w:val="002A5C9B"/>
    <w:rsid w:val="002A5F5C"/>
    <w:rsid w:val="002B4976"/>
    <w:rsid w:val="002B58A7"/>
    <w:rsid w:val="002C1BF4"/>
    <w:rsid w:val="002D3B3E"/>
    <w:rsid w:val="002D589C"/>
    <w:rsid w:val="002E5636"/>
    <w:rsid w:val="002E66FA"/>
    <w:rsid w:val="002E6941"/>
    <w:rsid w:val="002F09D2"/>
    <w:rsid w:val="002F0CFD"/>
    <w:rsid w:val="002F651D"/>
    <w:rsid w:val="002F747C"/>
    <w:rsid w:val="002F7FA4"/>
    <w:rsid w:val="003016B2"/>
    <w:rsid w:val="003047B1"/>
    <w:rsid w:val="0030759E"/>
    <w:rsid w:val="00322216"/>
    <w:rsid w:val="00326BC2"/>
    <w:rsid w:val="00326F90"/>
    <w:rsid w:val="003305FC"/>
    <w:rsid w:val="00330C0A"/>
    <w:rsid w:val="00331C86"/>
    <w:rsid w:val="00332B41"/>
    <w:rsid w:val="00335269"/>
    <w:rsid w:val="00335303"/>
    <w:rsid w:val="00335F55"/>
    <w:rsid w:val="00352DF9"/>
    <w:rsid w:val="0035719D"/>
    <w:rsid w:val="003623E3"/>
    <w:rsid w:val="0036723E"/>
    <w:rsid w:val="003675DF"/>
    <w:rsid w:val="00373D5C"/>
    <w:rsid w:val="00377688"/>
    <w:rsid w:val="00377B50"/>
    <w:rsid w:val="003823DB"/>
    <w:rsid w:val="00382AC7"/>
    <w:rsid w:val="0038476A"/>
    <w:rsid w:val="003977A4"/>
    <w:rsid w:val="003A35E2"/>
    <w:rsid w:val="003A5F97"/>
    <w:rsid w:val="003A6DCE"/>
    <w:rsid w:val="003B1BE1"/>
    <w:rsid w:val="003B325A"/>
    <w:rsid w:val="003B4C47"/>
    <w:rsid w:val="003B5325"/>
    <w:rsid w:val="003B7224"/>
    <w:rsid w:val="003C0106"/>
    <w:rsid w:val="003C0474"/>
    <w:rsid w:val="003C2639"/>
    <w:rsid w:val="003D01DC"/>
    <w:rsid w:val="003D5A59"/>
    <w:rsid w:val="003D6043"/>
    <w:rsid w:val="003D623E"/>
    <w:rsid w:val="003E57B5"/>
    <w:rsid w:val="003F0EF9"/>
    <w:rsid w:val="003F2649"/>
    <w:rsid w:val="003F31CB"/>
    <w:rsid w:val="003F3FFB"/>
    <w:rsid w:val="00400D30"/>
    <w:rsid w:val="00412293"/>
    <w:rsid w:val="00412E67"/>
    <w:rsid w:val="00413A66"/>
    <w:rsid w:val="004172F0"/>
    <w:rsid w:val="0041763A"/>
    <w:rsid w:val="00421B83"/>
    <w:rsid w:val="00424F4B"/>
    <w:rsid w:val="00440AD7"/>
    <w:rsid w:val="004422E8"/>
    <w:rsid w:val="0044305B"/>
    <w:rsid w:val="0044349E"/>
    <w:rsid w:val="00445215"/>
    <w:rsid w:val="00446AA2"/>
    <w:rsid w:val="00446E4E"/>
    <w:rsid w:val="00447F3D"/>
    <w:rsid w:val="00457AA4"/>
    <w:rsid w:val="0046150E"/>
    <w:rsid w:val="004618C4"/>
    <w:rsid w:val="00462439"/>
    <w:rsid w:val="0046384E"/>
    <w:rsid w:val="0046487F"/>
    <w:rsid w:val="00464ABB"/>
    <w:rsid w:val="00471EAF"/>
    <w:rsid w:val="00474243"/>
    <w:rsid w:val="004777DC"/>
    <w:rsid w:val="0048658E"/>
    <w:rsid w:val="0049491B"/>
    <w:rsid w:val="004962BB"/>
    <w:rsid w:val="004A2235"/>
    <w:rsid w:val="004A3D92"/>
    <w:rsid w:val="004A55F5"/>
    <w:rsid w:val="004A5EAB"/>
    <w:rsid w:val="004A70EE"/>
    <w:rsid w:val="004B754E"/>
    <w:rsid w:val="004C7483"/>
    <w:rsid w:val="004D2557"/>
    <w:rsid w:val="004D7A56"/>
    <w:rsid w:val="004E3B9B"/>
    <w:rsid w:val="004E3C4A"/>
    <w:rsid w:val="004E5AE5"/>
    <w:rsid w:val="004F25AD"/>
    <w:rsid w:val="004F5856"/>
    <w:rsid w:val="004F6767"/>
    <w:rsid w:val="004F7D85"/>
    <w:rsid w:val="005026D5"/>
    <w:rsid w:val="00510B15"/>
    <w:rsid w:val="00511BA6"/>
    <w:rsid w:val="005204BF"/>
    <w:rsid w:val="00521A30"/>
    <w:rsid w:val="00526E6B"/>
    <w:rsid w:val="00530697"/>
    <w:rsid w:val="00530D16"/>
    <w:rsid w:val="005340DD"/>
    <w:rsid w:val="005363E0"/>
    <w:rsid w:val="00541711"/>
    <w:rsid w:val="00542185"/>
    <w:rsid w:val="0054470B"/>
    <w:rsid w:val="0055218F"/>
    <w:rsid w:val="00557058"/>
    <w:rsid w:val="00564791"/>
    <w:rsid w:val="00565CE9"/>
    <w:rsid w:val="00567FE0"/>
    <w:rsid w:val="00574904"/>
    <w:rsid w:val="00581C80"/>
    <w:rsid w:val="00582BE8"/>
    <w:rsid w:val="00590D19"/>
    <w:rsid w:val="005924F5"/>
    <w:rsid w:val="00592541"/>
    <w:rsid w:val="00593CD1"/>
    <w:rsid w:val="00596E64"/>
    <w:rsid w:val="005A3E2C"/>
    <w:rsid w:val="005B3D77"/>
    <w:rsid w:val="005B4ADD"/>
    <w:rsid w:val="005B69F0"/>
    <w:rsid w:val="005B7470"/>
    <w:rsid w:val="005C6A39"/>
    <w:rsid w:val="005D272D"/>
    <w:rsid w:val="005D41D1"/>
    <w:rsid w:val="005E1B37"/>
    <w:rsid w:val="005E6973"/>
    <w:rsid w:val="005F1BBC"/>
    <w:rsid w:val="005F264B"/>
    <w:rsid w:val="0060079C"/>
    <w:rsid w:val="00600D9E"/>
    <w:rsid w:val="0060104E"/>
    <w:rsid w:val="0060686B"/>
    <w:rsid w:val="00612B2B"/>
    <w:rsid w:val="006133AE"/>
    <w:rsid w:val="00617E48"/>
    <w:rsid w:val="00620A30"/>
    <w:rsid w:val="00626129"/>
    <w:rsid w:val="006302A8"/>
    <w:rsid w:val="00633743"/>
    <w:rsid w:val="00635ED5"/>
    <w:rsid w:val="00640568"/>
    <w:rsid w:val="006431A8"/>
    <w:rsid w:val="0064354C"/>
    <w:rsid w:val="00645D6E"/>
    <w:rsid w:val="00650C02"/>
    <w:rsid w:val="006578BD"/>
    <w:rsid w:val="00660902"/>
    <w:rsid w:val="00660F56"/>
    <w:rsid w:val="00662748"/>
    <w:rsid w:val="00662F08"/>
    <w:rsid w:val="00663289"/>
    <w:rsid w:val="006670EA"/>
    <w:rsid w:val="00667DE3"/>
    <w:rsid w:val="00671C16"/>
    <w:rsid w:val="00671C2B"/>
    <w:rsid w:val="00671D99"/>
    <w:rsid w:val="006748D2"/>
    <w:rsid w:val="0068178D"/>
    <w:rsid w:val="006827AD"/>
    <w:rsid w:val="00684DBA"/>
    <w:rsid w:val="00690085"/>
    <w:rsid w:val="0069380F"/>
    <w:rsid w:val="00697A97"/>
    <w:rsid w:val="006B0CA6"/>
    <w:rsid w:val="006B26D9"/>
    <w:rsid w:val="006C0059"/>
    <w:rsid w:val="006C4E19"/>
    <w:rsid w:val="006C6A86"/>
    <w:rsid w:val="006C7CF7"/>
    <w:rsid w:val="006D4652"/>
    <w:rsid w:val="006E37E1"/>
    <w:rsid w:val="006F3340"/>
    <w:rsid w:val="006F5027"/>
    <w:rsid w:val="007121B5"/>
    <w:rsid w:val="00712702"/>
    <w:rsid w:val="00726A3E"/>
    <w:rsid w:val="00726A8B"/>
    <w:rsid w:val="0073096B"/>
    <w:rsid w:val="00736D15"/>
    <w:rsid w:val="00745137"/>
    <w:rsid w:val="007471E3"/>
    <w:rsid w:val="0075075D"/>
    <w:rsid w:val="00752D51"/>
    <w:rsid w:val="007530A1"/>
    <w:rsid w:val="00760E99"/>
    <w:rsid w:val="00761FAC"/>
    <w:rsid w:val="00763787"/>
    <w:rsid w:val="0076550A"/>
    <w:rsid w:val="00767D5E"/>
    <w:rsid w:val="00771553"/>
    <w:rsid w:val="00773CEA"/>
    <w:rsid w:val="00780FBB"/>
    <w:rsid w:val="0078428C"/>
    <w:rsid w:val="00785665"/>
    <w:rsid w:val="00793531"/>
    <w:rsid w:val="00795D4D"/>
    <w:rsid w:val="007A6ECA"/>
    <w:rsid w:val="007B099A"/>
    <w:rsid w:val="007B13B6"/>
    <w:rsid w:val="007B4F1A"/>
    <w:rsid w:val="007B7CE8"/>
    <w:rsid w:val="007C48AB"/>
    <w:rsid w:val="007C6724"/>
    <w:rsid w:val="007D0A02"/>
    <w:rsid w:val="007D30B4"/>
    <w:rsid w:val="007E0D9A"/>
    <w:rsid w:val="007E25D8"/>
    <w:rsid w:val="007E49BF"/>
    <w:rsid w:val="00804DED"/>
    <w:rsid w:val="00815324"/>
    <w:rsid w:val="00820EAB"/>
    <w:rsid w:val="00822A64"/>
    <w:rsid w:val="00833DE8"/>
    <w:rsid w:val="008365D9"/>
    <w:rsid w:val="00845DE5"/>
    <w:rsid w:val="00846B55"/>
    <w:rsid w:val="00860E5B"/>
    <w:rsid w:val="008637DB"/>
    <w:rsid w:val="00866737"/>
    <w:rsid w:val="008735AA"/>
    <w:rsid w:val="00877111"/>
    <w:rsid w:val="00883AF0"/>
    <w:rsid w:val="0088417E"/>
    <w:rsid w:val="0088689D"/>
    <w:rsid w:val="00892464"/>
    <w:rsid w:val="00893CE3"/>
    <w:rsid w:val="00895DAA"/>
    <w:rsid w:val="008972AC"/>
    <w:rsid w:val="008975F6"/>
    <w:rsid w:val="00897A14"/>
    <w:rsid w:val="008B07BA"/>
    <w:rsid w:val="008B7F99"/>
    <w:rsid w:val="008C11E5"/>
    <w:rsid w:val="008C249A"/>
    <w:rsid w:val="008D3BE0"/>
    <w:rsid w:val="008D414A"/>
    <w:rsid w:val="008F29BF"/>
    <w:rsid w:val="008F7386"/>
    <w:rsid w:val="00901BA0"/>
    <w:rsid w:val="00902050"/>
    <w:rsid w:val="00902E65"/>
    <w:rsid w:val="00913542"/>
    <w:rsid w:val="0091404A"/>
    <w:rsid w:val="009155B2"/>
    <w:rsid w:val="00920B32"/>
    <w:rsid w:val="00924E20"/>
    <w:rsid w:val="00932124"/>
    <w:rsid w:val="00932893"/>
    <w:rsid w:val="009349FC"/>
    <w:rsid w:val="00943ADC"/>
    <w:rsid w:val="00945BAB"/>
    <w:rsid w:val="009509F3"/>
    <w:rsid w:val="00955CB1"/>
    <w:rsid w:val="00957276"/>
    <w:rsid w:val="00961404"/>
    <w:rsid w:val="00963F32"/>
    <w:rsid w:val="009702F2"/>
    <w:rsid w:val="00973E82"/>
    <w:rsid w:val="00985FEA"/>
    <w:rsid w:val="00986F85"/>
    <w:rsid w:val="009A2E23"/>
    <w:rsid w:val="009B02A8"/>
    <w:rsid w:val="009B0EE2"/>
    <w:rsid w:val="009B1643"/>
    <w:rsid w:val="009B1BB8"/>
    <w:rsid w:val="009B556F"/>
    <w:rsid w:val="009C26BD"/>
    <w:rsid w:val="009D263A"/>
    <w:rsid w:val="009D624B"/>
    <w:rsid w:val="009E5E1D"/>
    <w:rsid w:val="009E7A5E"/>
    <w:rsid w:val="009F6402"/>
    <w:rsid w:val="009F6804"/>
    <w:rsid w:val="00A0201B"/>
    <w:rsid w:val="00A07216"/>
    <w:rsid w:val="00A1410A"/>
    <w:rsid w:val="00A15568"/>
    <w:rsid w:val="00A256FC"/>
    <w:rsid w:val="00A31028"/>
    <w:rsid w:val="00A31ACC"/>
    <w:rsid w:val="00A32855"/>
    <w:rsid w:val="00A372A4"/>
    <w:rsid w:val="00A41C92"/>
    <w:rsid w:val="00A424B4"/>
    <w:rsid w:val="00A43A8E"/>
    <w:rsid w:val="00A447D1"/>
    <w:rsid w:val="00A54E9E"/>
    <w:rsid w:val="00A54F89"/>
    <w:rsid w:val="00A607CF"/>
    <w:rsid w:val="00A63153"/>
    <w:rsid w:val="00A65428"/>
    <w:rsid w:val="00A66D19"/>
    <w:rsid w:val="00A6760C"/>
    <w:rsid w:val="00A725C6"/>
    <w:rsid w:val="00A7324E"/>
    <w:rsid w:val="00A74232"/>
    <w:rsid w:val="00A74274"/>
    <w:rsid w:val="00A81734"/>
    <w:rsid w:val="00A823CC"/>
    <w:rsid w:val="00A92978"/>
    <w:rsid w:val="00A92C45"/>
    <w:rsid w:val="00AA05B9"/>
    <w:rsid w:val="00AA1D8D"/>
    <w:rsid w:val="00AA2119"/>
    <w:rsid w:val="00AA57C9"/>
    <w:rsid w:val="00AA6DE0"/>
    <w:rsid w:val="00AB4C11"/>
    <w:rsid w:val="00AC1151"/>
    <w:rsid w:val="00AC21D3"/>
    <w:rsid w:val="00AC62F6"/>
    <w:rsid w:val="00AC73E6"/>
    <w:rsid w:val="00AD0D9F"/>
    <w:rsid w:val="00AD4E6A"/>
    <w:rsid w:val="00AE1EA5"/>
    <w:rsid w:val="00AF166C"/>
    <w:rsid w:val="00AF22AF"/>
    <w:rsid w:val="00AF41A5"/>
    <w:rsid w:val="00AF7D74"/>
    <w:rsid w:val="00B0108F"/>
    <w:rsid w:val="00B01A16"/>
    <w:rsid w:val="00B10BF9"/>
    <w:rsid w:val="00B11036"/>
    <w:rsid w:val="00B13AFE"/>
    <w:rsid w:val="00B164AF"/>
    <w:rsid w:val="00B20DA3"/>
    <w:rsid w:val="00B2486A"/>
    <w:rsid w:val="00B26EB3"/>
    <w:rsid w:val="00B409F7"/>
    <w:rsid w:val="00B41094"/>
    <w:rsid w:val="00B41171"/>
    <w:rsid w:val="00B41890"/>
    <w:rsid w:val="00B4305A"/>
    <w:rsid w:val="00B47730"/>
    <w:rsid w:val="00B518D1"/>
    <w:rsid w:val="00B51C5F"/>
    <w:rsid w:val="00B64C7D"/>
    <w:rsid w:val="00B65002"/>
    <w:rsid w:val="00B838AC"/>
    <w:rsid w:val="00B92C50"/>
    <w:rsid w:val="00BA16AC"/>
    <w:rsid w:val="00BA21F5"/>
    <w:rsid w:val="00BA7314"/>
    <w:rsid w:val="00BB03DE"/>
    <w:rsid w:val="00BB251F"/>
    <w:rsid w:val="00BB5519"/>
    <w:rsid w:val="00BB6A2C"/>
    <w:rsid w:val="00BC21B0"/>
    <w:rsid w:val="00BC6433"/>
    <w:rsid w:val="00BD664F"/>
    <w:rsid w:val="00BE1B1C"/>
    <w:rsid w:val="00BF18B7"/>
    <w:rsid w:val="00BF29F1"/>
    <w:rsid w:val="00BF4B5F"/>
    <w:rsid w:val="00BF5A59"/>
    <w:rsid w:val="00BF65BE"/>
    <w:rsid w:val="00C006E5"/>
    <w:rsid w:val="00C0360D"/>
    <w:rsid w:val="00C06803"/>
    <w:rsid w:val="00C156E5"/>
    <w:rsid w:val="00C15CF6"/>
    <w:rsid w:val="00C21C90"/>
    <w:rsid w:val="00C2640F"/>
    <w:rsid w:val="00C26BF0"/>
    <w:rsid w:val="00C325C0"/>
    <w:rsid w:val="00C32A78"/>
    <w:rsid w:val="00C34159"/>
    <w:rsid w:val="00C34995"/>
    <w:rsid w:val="00C371F9"/>
    <w:rsid w:val="00C379F2"/>
    <w:rsid w:val="00C4247A"/>
    <w:rsid w:val="00C43EE0"/>
    <w:rsid w:val="00C50A28"/>
    <w:rsid w:val="00C5749E"/>
    <w:rsid w:val="00C60206"/>
    <w:rsid w:val="00C651A2"/>
    <w:rsid w:val="00C65BEC"/>
    <w:rsid w:val="00C67CD1"/>
    <w:rsid w:val="00C72FC0"/>
    <w:rsid w:val="00C815DA"/>
    <w:rsid w:val="00C83369"/>
    <w:rsid w:val="00C85581"/>
    <w:rsid w:val="00C87794"/>
    <w:rsid w:val="00C9039F"/>
    <w:rsid w:val="00C90DDD"/>
    <w:rsid w:val="00C91A71"/>
    <w:rsid w:val="00C952F4"/>
    <w:rsid w:val="00CA4D1B"/>
    <w:rsid w:val="00CB0664"/>
    <w:rsid w:val="00CC07D1"/>
    <w:rsid w:val="00CC13B4"/>
    <w:rsid w:val="00CC71BE"/>
    <w:rsid w:val="00CD1552"/>
    <w:rsid w:val="00CD6311"/>
    <w:rsid w:val="00CE0828"/>
    <w:rsid w:val="00CF36CB"/>
    <w:rsid w:val="00CF5963"/>
    <w:rsid w:val="00CF72D1"/>
    <w:rsid w:val="00CF7340"/>
    <w:rsid w:val="00D02E10"/>
    <w:rsid w:val="00D07CBE"/>
    <w:rsid w:val="00D1127A"/>
    <w:rsid w:val="00D13815"/>
    <w:rsid w:val="00D170C1"/>
    <w:rsid w:val="00D21ACE"/>
    <w:rsid w:val="00D33386"/>
    <w:rsid w:val="00D337F7"/>
    <w:rsid w:val="00D366AB"/>
    <w:rsid w:val="00D43CD1"/>
    <w:rsid w:val="00D46085"/>
    <w:rsid w:val="00D56EBB"/>
    <w:rsid w:val="00D602E1"/>
    <w:rsid w:val="00D71638"/>
    <w:rsid w:val="00D74BFF"/>
    <w:rsid w:val="00D81495"/>
    <w:rsid w:val="00D849F7"/>
    <w:rsid w:val="00D87935"/>
    <w:rsid w:val="00D94337"/>
    <w:rsid w:val="00DA3451"/>
    <w:rsid w:val="00DA5E46"/>
    <w:rsid w:val="00DB1CD1"/>
    <w:rsid w:val="00DC07A9"/>
    <w:rsid w:val="00DC4331"/>
    <w:rsid w:val="00DC5727"/>
    <w:rsid w:val="00DC730F"/>
    <w:rsid w:val="00DD3EBF"/>
    <w:rsid w:val="00DD5968"/>
    <w:rsid w:val="00DD7916"/>
    <w:rsid w:val="00DE6E69"/>
    <w:rsid w:val="00DF05B1"/>
    <w:rsid w:val="00DF1771"/>
    <w:rsid w:val="00E01CAC"/>
    <w:rsid w:val="00E16760"/>
    <w:rsid w:val="00E205FB"/>
    <w:rsid w:val="00E22668"/>
    <w:rsid w:val="00E24CD0"/>
    <w:rsid w:val="00E253A4"/>
    <w:rsid w:val="00E25D55"/>
    <w:rsid w:val="00E31E26"/>
    <w:rsid w:val="00E350C0"/>
    <w:rsid w:val="00E3628E"/>
    <w:rsid w:val="00E37EC7"/>
    <w:rsid w:val="00E4193D"/>
    <w:rsid w:val="00E43BFF"/>
    <w:rsid w:val="00E4716D"/>
    <w:rsid w:val="00E50EE9"/>
    <w:rsid w:val="00E5192C"/>
    <w:rsid w:val="00E5268F"/>
    <w:rsid w:val="00E527B4"/>
    <w:rsid w:val="00E53146"/>
    <w:rsid w:val="00E54B02"/>
    <w:rsid w:val="00E67C8F"/>
    <w:rsid w:val="00E82C5A"/>
    <w:rsid w:val="00E85BE1"/>
    <w:rsid w:val="00E879F9"/>
    <w:rsid w:val="00E95626"/>
    <w:rsid w:val="00E97A48"/>
    <w:rsid w:val="00EA18FA"/>
    <w:rsid w:val="00EA29EE"/>
    <w:rsid w:val="00EA61C9"/>
    <w:rsid w:val="00EA75C8"/>
    <w:rsid w:val="00EB2ED3"/>
    <w:rsid w:val="00EB666B"/>
    <w:rsid w:val="00EC06FB"/>
    <w:rsid w:val="00EC2CDE"/>
    <w:rsid w:val="00EC58D5"/>
    <w:rsid w:val="00EC6048"/>
    <w:rsid w:val="00ED0D4B"/>
    <w:rsid w:val="00ED1629"/>
    <w:rsid w:val="00ED1972"/>
    <w:rsid w:val="00ED2275"/>
    <w:rsid w:val="00ED4323"/>
    <w:rsid w:val="00EE0EDC"/>
    <w:rsid w:val="00EE75E8"/>
    <w:rsid w:val="00EF0AF7"/>
    <w:rsid w:val="00EF2653"/>
    <w:rsid w:val="00EF443F"/>
    <w:rsid w:val="00F00A47"/>
    <w:rsid w:val="00F01EA4"/>
    <w:rsid w:val="00F11B25"/>
    <w:rsid w:val="00F23406"/>
    <w:rsid w:val="00F26393"/>
    <w:rsid w:val="00F345B4"/>
    <w:rsid w:val="00F355BC"/>
    <w:rsid w:val="00F36EE3"/>
    <w:rsid w:val="00F40D4E"/>
    <w:rsid w:val="00F42059"/>
    <w:rsid w:val="00F42600"/>
    <w:rsid w:val="00F435A8"/>
    <w:rsid w:val="00F524CE"/>
    <w:rsid w:val="00F53D72"/>
    <w:rsid w:val="00F542A9"/>
    <w:rsid w:val="00F5686D"/>
    <w:rsid w:val="00F60EF0"/>
    <w:rsid w:val="00F626E5"/>
    <w:rsid w:val="00F6399F"/>
    <w:rsid w:val="00F67EEF"/>
    <w:rsid w:val="00F71F36"/>
    <w:rsid w:val="00F76E77"/>
    <w:rsid w:val="00F805AC"/>
    <w:rsid w:val="00F80D9C"/>
    <w:rsid w:val="00F8496C"/>
    <w:rsid w:val="00F8736C"/>
    <w:rsid w:val="00F930B9"/>
    <w:rsid w:val="00F96724"/>
    <w:rsid w:val="00FA40A9"/>
    <w:rsid w:val="00FA761A"/>
    <w:rsid w:val="00FB61D6"/>
    <w:rsid w:val="00FC0110"/>
    <w:rsid w:val="00FC1BB5"/>
    <w:rsid w:val="00FC37A4"/>
    <w:rsid w:val="00FC6129"/>
    <w:rsid w:val="00FC693F"/>
    <w:rsid w:val="00FD34EF"/>
    <w:rsid w:val="00FE138F"/>
    <w:rsid w:val="00FE4D7C"/>
    <w:rsid w:val="00FF4B77"/>
    <w:rsid w:val="00FF6164"/>
    <w:rsid w:val="6D14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C64AED"/>
  <w14:defaultImageDpi w14:val="300"/>
  <w15:docId w15:val="{6FE4599D-C0EB-4D62-B1BA-794ED342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D62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62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62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2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2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B251F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D41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1D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8D3BE0"/>
    <w:pPr>
      <w:spacing w:after="0" w:line="240" w:lineRule="auto"/>
    </w:pPr>
    <w:rPr>
      <w:rFonts w:eastAsia="Aptos"/>
      <w:kern w:val="2"/>
      <w:sz w:val="24"/>
      <w:szCs w:val="24"/>
      <w:lang w:val="en-NZ"/>
      <w14:ligatures w14:val="standardContextual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67a1a7-8edd-4111-a118-4a206d87cecc" xsi:nil="true"/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  <_dlc_DocId xmlns="ef41800c-e4f8-4e4e-a4ef-7484b7e15a06">MoEd-786126154-51009</_dlc_DocId>
    <_dlc_DocIdUrl xmlns="ef41800c-e4f8-4e4e-a4ef-7484b7e15a06">
      <Url>https://educationgovtnz.sharepoint.com/sites/MoELearnerSuccessandTiritiPolicyManagement/_layouts/15/DocIdRedir.aspx?ID=MoEd-786126154-51009</Url>
      <Description>MoEd-786126154-51009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F59BB5FAA6562243B4FC4A754CE5DEE0" ma:contentTypeVersion="4" ma:contentTypeDescription="Default document class for adding items via wizard or drag and drop." ma:contentTypeScope="" ma:versionID="b28f626ada58c2376d065fa694046649">
  <xsd:schema xmlns:xsd="http://www.w3.org/2001/XMLSchema" xmlns:xs="http://www.w3.org/2001/XMLSchema" xmlns:p="http://schemas.microsoft.com/office/2006/metadata/properties" xmlns:ns2="d267a1a7-8edd-4111-a118-4a206d87cecc" xmlns:ns3="ef41800c-e4f8-4e4e-a4ef-7484b7e15a06" targetNamespace="http://schemas.microsoft.com/office/2006/metadata/properties" ma:root="true" ma:fieldsID="9708f47968e8abe666c9e2f77afe957a" ns2:_="" ns3:_="">
    <xsd:import namespace="d267a1a7-8edd-4111-a118-4a206d87cecc"/>
    <xsd:import namespace="ef41800c-e4f8-4e4e-a4ef-7484b7e15a0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ef635dc-bafc-4674-9930-04236d714968}" ma:internalName="TaxCatchAll" ma:showField="CatchAllData" ma:web="ef41800c-e4f8-4e4e-a4ef-7484b7e15a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aef635dc-bafc-4674-9930-04236d714968}" ma:internalName="TaxCatchAllLabel" ma:readOnly="true" ma:showField="CatchAllDataLabel" ma:web="ef41800c-e4f8-4e4e-a4ef-7484b7e15a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1800c-e4f8-4e4e-a4ef-7484b7e15a06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Props1.xml><?xml version="1.0" encoding="utf-8"?>
<ds:datastoreItem xmlns:ds="http://schemas.openxmlformats.org/officeDocument/2006/customXml" ds:itemID="{9B040324-D1B1-4A83-9AE0-47B4291A75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B0FC7F-CD41-4B1A-A452-256D75798D2A}">
  <ds:schemaRefs>
    <ds:schemaRef ds:uri="http://schemas.microsoft.com/office/2006/metadata/properties"/>
    <ds:schemaRef ds:uri="http://schemas.microsoft.com/office/infopath/2007/PartnerControls"/>
    <ds:schemaRef ds:uri="d267a1a7-8edd-4111-a118-4a206d87cecc"/>
    <ds:schemaRef ds:uri="ef41800c-e4f8-4e4e-a4ef-7484b7e15a06"/>
  </ds:schemaRefs>
</ds:datastoreItem>
</file>

<file path=customXml/itemProps3.xml><?xml version="1.0" encoding="utf-8"?>
<ds:datastoreItem xmlns:ds="http://schemas.openxmlformats.org/officeDocument/2006/customXml" ds:itemID="{24C6C778-9A81-417F-93D6-B7FE8EAC4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ef41800c-e4f8-4e4e-a4ef-7484b7e15a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4F0E8A-C8FD-43F1-B45E-35E958225BB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6F78E47-5B57-4949-B3EA-90360E5AB443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Manager/>
  <Company/>
  <LinksUpToDate>false</LinksUpToDate>
  <CharactersWithSpaces>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Fiona McIver</cp:lastModifiedBy>
  <cp:revision>2</cp:revision>
  <dcterms:created xsi:type="dcterms:W3CDTF">2026-08-17T04:02:00Z</dcterms:created>
  <dcterms:modified xsi:type="dcterms:W3CDTF">2026-08-17T04:02:00Z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0x01010053526B971DAC78418EC6A9ED490C61AF00F59BB5FAA6562243B4FC4A754CE5DEE0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ClassificationContentMarkingHeaderShapeIds">
    <vt:lpwstr>1a0d97f2,d9e823a,79e820b6</vt:lpwstr>
  </property>
  <property fmtid="{D5CDD505-2E9C-101B-9397-08002B2CF9AE}" pid="6" name="ClassificationContentMarkingHeaderFontProps">
    <vt:lpwstr>#000000,10,Aptos</vt:lpwstr>
  </property>
  <property fmtid="{D5CDD505-2E9C-101B-9397-08002B2CF9AE}" pid="7" name="ClassificationContentMarkingHeaderText">
    <vt:lpwstr>[IN-CONFIDENCE]</vt:lpwstr>
  </property>
  <property fmtid="{D5CDD505-2E9C-101B-9397-08002B2CF9AE}" pid="8" name="ClassificationContentMarkingFooterShapeIds">
    <vt:lpwstr>30031cca,19fb774d,64664ff7</vt:lpwstr>
  </property>
  <property fmtid="{D5CDD505-2E9C-101B-9397-08002B2CF9AE}" pid="9" name="ClassificationContentMarkingFooterFontProps">
    <vt:lpwstr>#000000,10,Aptos</vt:lpwstr>
  </property>
  <property fmtid="{D5CDD505-2E9C-101B-9397-08002B2CF9AE}" pid="10" name="ClassificationContentMarkingFooterText">
    <vt:lpwstr>[IN-CONFIDENCE]</vt:lpwstr>
  </property>
  <property fmtid="{D5CDD505-2E9C-101B-9397-08002B2CF9AE}" pid="11" name="MSIP_Label_195ac82d-0bbe-432c-ac0f-792c02e74cb6_Enabled">
    <vt:lpwstr>true</vt:lpwstr>
  </property>
  <property fmtid="{D5CDD505-2E9C-101B-9397-08002B2CF9AE}" pid="12" name="MSIP_Label_195ac82d-0bbe-432c-ac0f-792c02e74cb6_SetDate">
    <vt:lpwstr>2026-07-31T00:11:01Z</vt:lpwstr>
  </property>
  <property fmtid="{D5CDD505-2E9C-101B-9397-08002B2CF9AE}" pid="13" name="MSIP_Label_195ac82d-0bbe-432c-ac0f-792c02e74cb6_Method">
    <vt:lpwstr>Privileged</vt:lpwstr>
  </property>
  <property fmtid="{D5CDD505-2E9C-101B-9397-08002B2CF9AE}" pid="14" name="MSIP_Label_195ac82d-0bbe-432c-ac0f-792c02e74cb6_Name">
    <vt:lpwstr>IN CONFIDENCE - NZ GOVT ONLY</vt:lpwstr>
  </property>
  <property fmtid="{D5CDD505-2E9C-101B-9397-08002B2CF9AE}" pid="15" name="MSIP_Label_195ac82d-0bbe-432c-ac0f-792c02e74cb6_SiteId">
    <vt:lpwstr>e6d2d4cc-b762-486e-8894-4f5f440d5f31</vt:lpwstr>
  </property>
  <property fmtid="{D5CDD505-2E9C-101B-9397-08002B2CF9AE}" pid="16" name="MSIP_Label_195ac82d-0bbe-432c-ac0f-792c02e74cb6_ActionId">
    <vt:lpwstr>3c5dd119-51a8-43df-b9dc-86608ff0e772</vt:lpwstr>
  </property>
  <property fmtid="{D5CDD505-2E9C-101B-9397-08002B2CF9AE}" pid="17" name="MSIP_Label_195ac82d-0bbe-432c-ac0f-792c02e74cb6_ContentBits">
    <vt:lpwstr>3</vt:lpwstr>
  </property>
  <property fmtid="{D5CDD505-2E9C-101B-9397-08002B2CF9AE}" pid="18" name="MSIP_Label_195ac82d-0bbe-432c-ac0f-792c02e74cb6_Tag">
    <vt:lpwstr>10, 0, 1, 1</vt:lpwstr>
  </property>
  <property fmtid="{D5CDD505-2E9C-101B-9397-08002B2CF9AE}" pid="19" name="_dlc_DocIdItemGuid">
    <vt:lpwstr>ede24720-ef12-403c-8ac7-ef05781b0bd9</vt:lpwstr>
  </property>
  <property fmtid="{D5CDD505-2E9C-101B-9397-08002B2CF9AE}" pid="20" name="j560beb70aea488fb091e84adbb32566">
    <vt:lpwstr/>
  </property>
  <property fmtid="{D5CDD505-2E9C-101B-9397-08002B2CF9AE}" pid="21" name="Ministerial_x0020_Type">
    <vt:lpwstr/>
  </property>
  <property fmtid="{D5CDD505-2E9C-101B-9397-08002B2CF9AE}" pid="22" name="Record_x0020_Activity">
    <vt:lpwstr/>
  </property>
  <property fmtid="{D5CDD505-2E9C-101B-9397-08002B2CF9AE}" pid="23" name="Property_x0020_Management_x0020_Activity">
    <vt:lpwstr/>
  </property>
  <property fmtid="{D5CDD505-2E9C-101B-9397-08002B2CF9AE}" pid="24" name="CalendarYear">
    <vt:lpwstr/>
  </property>
  <property fmtid="{D5CDD505-2E9C-101B-9397-08002B2CF9AE}" pid="25" name="lcf76f155ced4ddcb4097134ff3c332f">
    <vt:lpwstr/>
  </property>
  <property fmtid="{D5CDD505-2E9C-101B-9397-08002B2CF9AE}" pid="26" name="FinancialYear">
    <vt:lpwstr/>
  </property>
  <property fmtid="{D5CDD505-2E9C-101B-9397-08002B2CF9AE}" pid="27" name="ce139978aae645acb1db0a0e0d3df2f5">
    <vt:lpwstr/>
  </property>
  <property fmtid="{D5CDD505-2E9C-101B-9397-08002B2CF9AE}" pid="28" name="Record Activity">
    <vt:lpwstr/>
  </property>
  <property fmtid="{D5CDD505-2E9C-101B-9397-08002B2CF9AE}" pid="29" name="Ministerial Type">
    <vt:lpwstr/>
  </property>
  <property fmtid="{D5CDD505-2E9C-101B-9397-08002B2CF9AE}" pid="30" name="Property Management Activity">
    <vt:lpwstr/>
  </property>
</Properties>
</file>